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54AD9" w14:textId="07364DBD" w:rsidR="008B2112" w:rsidRPr="00014DB1" w:rsidRDefault="007C2B25" w:rsidP="00014DB1">
      <w:pPr>
        <w:pStyle w:val="Title"/>
        <w:jc w:val="center"/>
        <w:rPr>
          <w:rFonts w:ascii="Aptos" w:eastAsia="Aptos" w:hAnsi="Aptos" w:cs="Aptos"/>
          <w:b/>
          <w:bCs/>
          <w:color w:val="auto"/>
          <w:sz w:val="36"/>
          <w:szCs w:val="36"/>
        </w:rPr>
      </w:pPr>
      <w:r>
        <w:rPr>
          <w:rFonts w:ascii="Aptos" w:eastAsia="Aptos" w:hAnsi="Aptos" w:cs="Aptos"/>
          <w:b/>
          <w:bCs/>
          <w:color w:val="auto"/>
          <w:sz w:val="36"/>
          <w:szCs w:val="36"/>
        </w:rPr>
        <w:t>E</w:t>
      </w:r>
      <w:r w:rsidR="230005E2" w:rsidRPr="00014DB1">
        <w:rPr>
          <w:rFonts w:ascii="Aptos" w:eastAsia="Aptos" w:hAnsi="Aptos" w:cs="Aptos"/>
          <w:b/>
          <w:bCs/>
          <w:color w:val="auto"/>
          <w:sz w:val="36"/>
          <w:szCs w:val="36"/>
        </w:rPr>
        <w:t>nterprise Language Made Simple</w:t>
      </w:r>
    </w:p>
    <w:p w14:paraId="5953093B" w14:textId="77777777" w:rsidR="008B2112" w:rsidRPr="00014DB1" w:rsidRDefault="230005E2" w:rsidP="230005E2">
      <w:pPr>
        <w:rPr>
          <w:rFonts w:ascii="Aptos" w:eastAsia="Aptos" w:hAnsi="Aptos" w:cs="Aptos"/>
          <w:sz w:val="24"/>
          <w:szCs w:val="24"/>
        </w:rPr>
      </w:pPr>
      <w:r w:rsidRPr="00014DB1">
        <w:rPr>
          <w:rFonts w:ascii="Aptos" w:eastAsia="Aptos" w:hAnsi="Aptos" w:cs="Aptos"/>
          <w:sz w:val="24"/>
          <w:szCs w:val="24"/>
        </w:rPr>
        <w:t>A Student-Friendly Guide to Enterprise, Innovation and Meta-Skills</w:t>
      </w:r>
    </w:p>
    <w:tbl>
      <w:tblPr>
        <w:tblStyle w:val="TableGrid"/>
        <w:tblW w:w="8640" w:type="dxa"/>
        <w:tblLook w:val="04A0" w:firstRow="1" w:lastRow="0" w:firstColumn="1" w:lastColumn="0" w:noHBand="0" w:noVBand="1"/>
      </w:tblPr>
      <w:tblGrid>
        <w:gridCol w:w="2880"/>
        <w:gridCol w:w="5760"/>
      </w:tblGrid>
      <w:tr w:rsidR="00014DB1" w:rsidRPr="00577C6D" w14:paraId="6023D796" w14:textId="77777777" w:rsidTr="00577C6D">
        <w:tc>
          <w:tcPr>
            <w:tcW w:w="2880" w:type="dxa"/>
            <w:shd w:val="clear" w:color="auto" w:fill="DAEEF3" w:themeFill="accent5" w:themeFillTint="33"/>
          </w:tcPr>
          <w:p w14:paraId="79C57A08" w14:textId="77777777" w:rsidR="008B2112" w:rsidRPr="00577C6D" w:rsidRDefault="230005E2" w:rsidP="230005E2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b/>
                <w:bCs/>
                <w:sz w:val="24"/>
                <w:szCs w:val="24"/>
              </w:rPr>
              <w:t>Educational Term</w:t>
            </w:r>
          </w:p>
        </w:tc>
        <w:tc>
          <w:tcPr>
            <w:tcW w:w="5760" w:type="dxa"/>
            <w:shd w:val="clear" w:color="auto" w:fill="DAEEF3" w:themeFill="accent5" w:themeFillTint="33"/>
          </w:tcPr>
          <w:p w14:paraId="0BFD6826" w14:textId="77777777" w:rsidR="008B2112" w:rsidRPr="00577C6D" w:rsidRDefault="230005E2" w:rsidP="230005E2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b/>
                <w:bCs/>
                <w:sz w:val="24"/>
                <w:szCs w:val="24"/>
              </w:rPr>
              <w:t>Student-Friendly Translation</w:t>
            </w:r>
          </w:p>
        </w:tc>
      </w:tr>
      <w:tr w:rsidR="00014DB1" w:rsidRPr="00577C6D" w14:paraId="5B64627E" w14:textId="77777777" w:rsidTr="230005E2">
        <w:tc>
          <w:tcPr>
            <w:tcW w:w="2880" w:type="dxa"/>
          </w:tcPr>
          <w:p w14:paraId="1C35B194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Adaptability</w:t>
            </w:r>
          </w:p>
        </w:tc>
        <w:tc>
          <w:tcPr>
            <w:tcW w:w="5760" w:type="dxa"/>
          </w:tcPr>
          <w:p w14:paraId="467A222C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Being able to handle change</w:t>
            </w:r>
          </w:p>
        </w:tc>
      </w:tr>
      <w:tr w:rsidR="00014DB1" w:rsidRPr="00577C6D" w14:paraId="2B58CC1A" w14:textId="77777777" w:rsidTr="230005E2">
        <w:tc>
          <w:tcPr>
            <w:tcW w:w="2880" w:type="dxa"/>
          </w:tcPr>
          <w:p w14:paraId="1E69E8E5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Ambition</w:t>
            </w:r>
          </w:p>
        </w:tc>
        <w:tc>
          <w:tcPr>
            <w:tcW w:w="5760" w:type="dxa"/>
          </w:tcPr>
          <w:p w14:paraId="56D397CA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Having goals and taking steps towards them</w:t>
            </w:r>
          </w:p>
        </w:tc>
      </w:tr>
      <w:tr w:rsidR="008B2112" w:rsidRPr="00577C6D" w14:paraId="1FD105F6" w14:textId="77777777" w:rsidTr="230005E2">
        <w:tc>
          <w:tcPr>
            <w:tcW w:w="2880" w:type="dxa"/>
          </w:tcPr>
          <w:p w14:paraId="313401DE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Business Planning</w:t>
            </w:r>
          </w:p>
        </w:tc>
        <w:tc>
          <w:tcPr>
            <w:tcW w:w="5760" w:type="dxa"/>
          </w:tcPr>
          <w:p w14:paraId="108BE43B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Thinking through how an idea could work</w:t>
            </w:r>
          </w:p>
        </w:tc>
      </w:tr>
      <w:tr w:rsidR="008B2112" w:rsidRPr="00577C6D" w14:paraId="3B203547" w14:textId="77777777" w:rsidTr="230005E2">
        <w:tc>
          <w:tcPr>
            <w:tcW w:w="2880" w:type="dxa"/>
          </w:tcPr>
          <w:p w14:paraId="7CA585AB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Career Management</w:t>
            </w:r>
          </w:p>
        </w:tc>
        <w:tc>
          <w:tcPr>
            <w:tcW w:w="5760" w:type="dxa"/>
          </w:tcPr>
          <w:p w14:paraId="76E74C5E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Making choices about your next steps in learning and work</w:t>
            </w:r>
          </w:p>
        </w:tc>
      </w:tr>
      <w:tr w:rsidR="008B2112" w:rsidRPr="00577C6D" w14:paraId="551ED73F" w14:textId="77777777" w:rsidTr="230005E2">
        <w:tc>
          <w:tcPr>
            <w:tcW w:w="2880" w:type="dxa"/>
          </w:tcPr>
          <w:p w14:paraId="728D14F2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Collaboration</w:t>
            </w:r>
          </w:p>
        </w:tc>
        <w:tc>
          <w:tcPr>
            <w:tcW w:w="5760" w:type="dxa"/>
          </w:tcPr>
          <w:p w14:paraId="409F95F3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Working well with others</w:t>
            </w:r>
          </w:p>
        </w:tc>
      </w:tr>
      <w:tr w:rsidR="008B2112" w:rsidRPr="00577C6D" w14:paraId="63DAD97E" w14:textId="77777777" w:rsidTr="230005E2">
        <w:tc>
          <w:tcPr>
            <w:tcW w:w="2880" w:type="dxa"/>
          </w:tcPr>
          <w:p w14:paraId="595DC684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Commercial Awareness</w:t>
            </w:r>
          </w:p>
        </w:tc>
        <w:tc>
          <w:tcPr>
            <w:tcW w:w="5760" w:type="dxa"/>
          </w:tcPr>
          <w:p w14:paraId="0681F8C8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Understanding how organisations work and make money</w:t>
            </w:r>
          </w:p>
        </w:tc>
      </w:tr>
      <w:tr w:rsidR="008B2112" w:rsidRPr="00577C6D" w14:paraId="22DD7D14" w14:textId="77777777" w:rsidTr="230005E2">
        <w:tc>
          <w:tcPr>
            <w:tcW w:w="2880" w:type="dxa"/>
          </w:tcPr>
          <w:p w14:paraId="3CACDAF6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Communication</w:t>
            </w:r>
          </w:p>
        </w:tc>
        <w:tc>
          <w:tcPr>
            <w:tcW w:w="5760" w:type="dxa"/>
          </w:tcPr>
          <w:p w14:paraId="2DAAC019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Getting your message across</w:t>
            </w:r>
          </w:p>
        </w:tc>
      </w:tr>
      <w:tr w:rsidR="008B2112" w:rsidRPr="00577C6D" w14:paraId="067D0752" w14:textId="77777777" w:rsidTr="230005E2">
        <w:tc>
          <w:tcPr>
            <w:tcW w:w="2880" w:type="dxa"/>
          </w:tcPr>
          <w:p w14:paraId="5F6B2661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Confidence</w:t>
            </w:r>
          </w:p>
        </w:tc>
        <w:tc>
          <w:tcPr>
            <w:tcW w:w="5760" w:type="dxa"/>
          </w:tcPr>
          <w:p w14:paraId="0E6B35EB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Believing you can give something a go</w:t>
            </w:r>
          </w:p>
        </w:tc>
      </w:tr>
      <w:tr w:rsidR="008B2112" w:rsidRPr="00577C6D" w14:paraId="7791824F" w14:textId="77777777" w:rsidTr="230005E2">
        <w:tc>
          <w:tcPr>
            <w:tcW w:w="2880" w:type="dxa"/>
          </w:tcPr>
          <w:p w14:paraId="4A8604B5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Creativity</w:t>
            </w:r>
          </w:p>
        </w:tc>
        <w:tc>
          <w:tcPr>
            <w:tcW w:w="5760" w:type="dxa"/>
          </w:tcPr>
          <w:p w14:paraId="589D7D23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Coming up with new ideas</w:t>
            </w:r>
          </w:p>
        </w:tc>
      </w:tr>
      <w:tr w:rsidR="008B2112" w:rsidRPr="00577C6D" w14:paraId="78A8D5C9" w14:textId="77777777" w:rsidTr="230005E2">
        <w:tc>
          <w:tcPr>
            <w:tcW w:w="2880" w:type="dxa"/>
          </w:tcPr>
          <w:p w14:paraId="5DF8B56C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Creativity &amp; Innovation</w:t>
            </w:r>
          </w:p>
        </w:tc>
        <w:tc>
          <w:tcPr>
            <w:tcW w:w="5760" w:type="dxa"/>
          </w:tcPr>
          <w:p w14:paraId="5CA121C1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Turning ideas into action</w:t>
            </w:r>
          </w:p>
        </w:tc>
      </w:tr>
      <w:tr w:rsidR="008B2112" w:rsidRPr="00577C6D" w14:paraId="7AB207C2" w14:textId="77777777" w:rsidTr="230005E2">
        <w:tc>
          <w:tcPr>
            <w:tcW w:w="2880" w:type="dxa"/>
          </w:tcPr>
          <w:p w14:paraId="1B7F011C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Critical Thinking</w:t>
            </w:r>
          </w:p>
        </w:tc>
        <w:tc>
          <w:tcPr>
            <w:tcW w:w="5760" w:type="dxa"/>
          </w:tcPr>
          <w:p w14:paraId="40D66D93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Looking at things differently and asking good questions</w:t>
            </w:r>
          </w:p>
        </w:tc>
      </w:tr>
      <w:tr w:rsidR="008B2112" w:rsidRPr="00577C6D" w14:paraId="641AFEA6" w14:textId="77777777" w:rsidTr="230005E2">
        <w:tc>
          <w:tcPr>
            <w:tcW w:w="2880" w:type="dxa"/>
          </w:tcPr>
          <w:p w14:paraId="415FF252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Customer Insight</w:t>
            </w:r>
          </w:p>
        </w:tc>
        <w:tc>
          <w:tcPr>
            <w:tcW w:w="5760" w:type="dxa"/>
          </w:tcPr>
          <w:p w14:paraId="1177FCB6" w14:textId="2DF1FD54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Understanding the people you are-=trying to help</w:t>
            </w:r>
          </w:p>
        </w:tc>
      </w:tr>
      <w:tr w:rsidR="008B2112" w:rsidRPr="00577C6D" w14:paraId="1148A9E8" w14:textId="77777777" w:rsidTr="230005E2">
        <w:tc>
          <w:tcPr>
            <w:tcW w:w="2880" w:type="dxa"/>
          </w:tcPr>
          <w:p w14:paraId="4A197456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Decision Making</w:t>
            </w:r>
          </w:p>
        </w:tc>
        <w:tc>
          <w:tcPr>
            <w:tcW w:w="5760" w:type="dxa"/>
          </w:tcPr>
          <w:p w14:paraId="1F1563DA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Choosing between different options</w:t>
            </w:r>
          </w:p>
        </w:tc>
      </w:tr>
      <w:tr w:rsidR="008B2112" w:rsidRPr="00577C6D" w14:paraId="308F2E36" w14:textId="77777777" w:rsidTr="230005E2">
        <w:tc>
          <w:tcPr>
            <w:tcW w:w="2880" w:type="dxa"/>
          </w:tcPr>
          <w:p w14:paraId="4368B2DB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Digital Skills</w:t>
            </w:r>
          </w:p>
        </w:tc>
        <w:tc>
          <w:tcPr>
            <w:tcW w:w="5760" w:type="dxa"/>
          </w:tcPr>
          <w:p w14:paraId="2EA7CFCB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Using technology confidently and effectively</w:t>
            </w:r>
          </w:p>
        </w:tc>
      </w:tr>
      <w:tr w:rsidR="008B2112" w:rsidRPr="00577C6D" w14:paraId="1632D790" w14:textId="77777777" w:rsidTr="230005E2">
        <w:tc>
          <w:tcPr>
            <w:tcW w:w="2880" w:type="dxa"/>
          </w:tcPr>
          <w:p w14:paraId="336778F3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Employability</w:t>
            </w:r>
          </w:p>
        </w:tc>
        <w:tc>
          <w:tcPr>
            <w:tcW w:w="5760" w:type="dxa"/>
          </w:tcPr>
          <w:p w14:paraId="2A132CF6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Being ready for the world of work</w:t>
            </w:r>
          </w:p>
        </w:tc>
      </w:tr>
      <w:tr w:rsidR="008B2112" w:rsidRPr="00577C6D" w14:paraId="5F53CF14" w14:textId="77777777" w:rsidTr="230005E2">
        <w:tc>
          <w:tcPr>
            <w:tcW w:w="2880" w:type="dxa"/>
          </w:tcPr>
          <w:p w14:paraId="0E0DB72C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Enterprise</w:t>
            </w:r>
          </w:p>
        </w:tc>
        <w:tc>
          <w:tcPr>
            <w:tcW w:w="5760" w:type="dxa"/>
          </w:tcPr>
          <w:p w14:paraId="768CBA79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Taking an idea and doing something with it</w:t>
            </w:r>
          </w:p>
        </w:tc>
      </w:tr>
      <w:tr w:rsidR="008B2112" w:rsidRPr="00577C6D" w14:paraId="6077B15D" w14:textId="77777777" w:rsidTr="230005E2">
        <w:tc>
          <w:tcPr>
            <w:tcW w:w="2880" w:type="dxa"/>
          </w:tcPr>
          <w:p w14:paraId="326A0779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Entrepreneur</w:t>
            </w:r>
          </w:p>
        </w:tc>
        <w:tc>
          <w:tcPr>
            <w:tcW w:w="5760" w:type="dxa"/>
          </w:tcPr>
          <w:p w14:paraId="35798E85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Someone who creates and develops their own project, business or opportunity</w:t>
            </w:r>
          </w:p>
        </w:tc>
      </w:tr>
      <w:tr w:rsidR="008B2112" w:rsidRPr="00577C6D" w14:paraId="08EF7E55" w14:textId="77777777" w:rsidTr="230005E2">
        <w:tc>
          <w:tcPr>
            <w:tcW w:w="2880" w:type="dxa"/>
          </w:tcPr>
          <w:p w14:paraId="58D44506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Entrepreneurial Mindset</w:t>
            </w:r>
          </w:p>
        </w:tc>
        <w:tc>
          <w:tcPr>
            <w:tcW w:w="5760" w:type="dxa"/>
          </w:tcPr>
          <w:p w14:paraId="2BCABA3F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 xml:space="preserve">Spotting opportunities and </w:t>
            </w:r>
            <w:proofErr w:type="gramStart"/>
            <w:r w:rsidRPr="00577C6D">
              <w:rPr>
                <w:rFonts w:ascii="Aptos" w:eastAsia="Aptos" w:hAnsi="Aptos" w:cs="Aptos"/>
                <w:sz w:val="24"/>
                <w:szCs w:val="24"/>
              </w:rPr>
              <w:t>taking action</w:t>
            </w:r>
            <w:proofErr w:type="gramEnd"/>
          </w:p>
        </w:tc>
      </w:tr>
      <w:tr w:rsidR="008B2112" w:rsidRPr="00577C6D" w14:paraId="3CEFCA87" w14:textId="77777777" w:rsidTr="230005E2">
        <w:tc>
          <w:tcPr>
            <w:tcW w:w="2880" w:type="dxa"/>
          </w:tcPr>
          <w:p w14:paraId="5A6D09F7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Entrepreneurship</w:t>
            </w:r>
          </w:p>
        </w:tc>
        <w:tc>
          <w:tcPr>
            <w:tcW w:w="5760" w:type="dxa"/>
          </w:tcPr>
          <w:p w14:paraId="7BDA3B90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Creating and growing your own project, business or opportunity</w:t>
            </w:r>
          </w:p>
        </w:tc>
      </w:tr>
      <w:tr w:rsidR="008B2112" w:rsidRPr="00577C6D" w14:paraId="7968F32C" w14:textId="77777777" w:rsidTr="230005E2">
        <w:tc>
          <w:tcPr>
            <w:tcW w:w="2880" w:type="dxa"/>
          </w:tcPr>
          <w:p w14:paraId="139C7F82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Failure</w:t>
            </w:r>
          </w:p>
        </w:tc>
        <w:tc>
          <w:tcPr>
            <w:tcW w:w="5760" w:type="dxa"/>
          </w:tcPr>
          <w:p w14:paraId="4539DCAD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Feedback that helps you learn and improve</w:t>
            </w:r>
          </w:p>
        </w:tc>
      </w:tr>
      <w:tr w:rsidR="008B2112" w:rsidRPr="00577C6D" w14:paraId="63FEF922" w14:textId="77777777" w:rsidTr="230005E2">
        <w:tc>
          <w:tcPr>
            <w:tcW w:w="2880" w:type="dxa"/>
          </w:tcPr>
          <w:p w14:paraId="6EA9106F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Future Skills</w:t>
            </w:r>
          </w:p>
        </w:tc>
        <w:tc>
          <w:tcPr>
            <w:tcW w:w="5760" w:type="dxa"/>
          </w:tcPr>
          <w:p w14:paraId="5DDA3D5E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Skills that employers will need in the future</w:t>
            </w:r>
          </w:p>
        </w:tc>
      </w:tr>
      <w:tr w:rsidR="008B2112" w:rsidRPr="00577C6D" w14:paraId="296F50A4" w14:textId="77777777" w:rsidTr="230005E2">
        <w:tc>
          <w:tcPr>
            <w:tcW w:w="2880" w:type="dxa"/>
          </w:tcPr>
          <w:p w14:paraId="22E69CAE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Growth Mindset</w:t>
            </w:r>
          </w:p>
        </w:tc>
        <w:tc>
          <w:tcPr>
            <w:tcW w:w="5760" w:type="dxa"/>
          </w:tcPr>
          <w:p w14:paraId="4DE09A87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Believing you can improve through effort and practice</w:t>
            </w:r>
          </w:p>
        </w:tc>
      </w:tr>
      <w:tr w:rsidR="008B2112" w:rsidRPr="00577C6D" w14:paraId="6E4183DD" w14:textId="77777777" w:rsidTr="230005E2">
        <w:tc>
          <w:tcPr>
            <w:tcW w:w="2880" w:type="dxa"/>
          </w:tcPr>
          <w:p w14:paraId="03A4C208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Influence</w:t>
            </w:r>
          </w:p>
        </w:tc>
        <w:tc>
          <w:tcPr>
            <w:tcW w:w="5760" w:type="dxa"/>
          </w:tcPr>
          <w:p w14:paraId="272A9FD0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 xml:space="preserve">Helping ideas gain support and </w:t>
            </w:r>
            <w:proofErr w:type="gramStart"/>
            <w:r w:rsidRPr="00577C6D">
              <w:rPr>
                <w:rFonts w:ascii="Aptos" w:eastAsia="Aptos" w:hAnsi="Aptos" w:cs="Aptos"/>
                <w:sz w:val="24"/>
                <w:szCs w:val="24"/>
              </w:rPr>
              <w:t>make</w:t>
            </w:r>
            <w:proofErr w:type="gramEnd"/>
            <w:r w:rsidRPr="00577C6D">
              <w:rPr>
                <w:rFonts w:ascii="Aptos" w:eastAsia="Aptos" w:hAnsi="Aptos" w:cs="Aptos"/>
                <w:sz w:val="24"/>
                <w:szCs w:val="24"/>
              </w:rPr>
              <w:t xml:space="preserve"> things happen</w:t>
            </w:r>
          </w:p>
        </w:tc>
      </w:tr>
      <w:tr w:rsidR="008B2112" w:rsidRPr="00577C6D" w14:paraId="67AB9DBF" w14:textId="77777777" w:rsidTr="230005E2">
        <w:tc>
          <w:tcPr>
            <w:tcW w:w="2880" w:type="dxa"/>
          </w:tcPr>
          <w:p w14:paraId="116F3550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Initiative</w:t>
            </w:r>
          </w:p>
        </w:tc>
        <w:tc>
          <w:tcPr>
            <w:tcW w:w="5760" w:type="dxa"/>
          </w:tcPr>
          <w:p w14:paraId="5D641BB1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Getting started without waiting to be told</w:t>
            </w:r>
          </w:p>
        </w:tc>
      </w:tr>
      <w:tr w:rsidR="008B2112" w:rsidRPr="00577C6D" w14:paraId="4152F22B" w14:textId="77777777" w:rsidTr="230005E2">
        <w:tc>
          <w:tcPr>
            <w:tcW w:w="2880" w:type="dxa"/>
          </w:tcPr>
          <w:p w14:paraId="3869A6A7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Innovation</w:t>
            </w:r>
          </w:p>
        </w:tc>
        <w:tc>
          <w:tcPr>
            <w:tcW w:w="5760" w:type="dxa"/>
          </w:tcPr>
          <w:p w14:paraId="141112F5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Improving something or doing it differently</w:t>
            </w:r>
          </w:p>
        </w:tc>
      </w:tr>
      <w:tr w:rsidR="008B2112" w:rsidRPr="00577C6D" w14:paraId="53C6AFDB" w14:textId="77777777" w:rsidTr="230005E2">
        <w:tc>
          <w:tcPr>
            <w:tcW w:w="2880" w:type="dxa"/>
          </w:tcPr>
          <w:p w14:paraId="55D747EE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Innovation Project</w:t>
            </w:r>
          </w:p>
        </w:tc>
        <w:tc>
          <w:tcPr>
            <w:tcW w:w="5760" w:type="dxa"/>
          </w:tcPr>
          <w:p w14:paraId="07349C6A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An idea that could improve something</w:t>
            </w:r>
          </w:p>
        </w:tc>
      </w:tr>
      <w:tr w:rsidR="008B2112" w:rsidRPr="00577C6D" w14:paraId="43E73D60" w14:textId="77777777" w:rsidTr="230005E2">
        <w:tc>
          <w:tcPr>
            <w:tcW w:w="2880" w:type="dxa"/>
          </w:tcPr>
          <w:p w14:paraId="0BA8ABCC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Intrapreneur</w:t>
            </w:r>
          </w:p>
        </w:tc>
        <w:tc>
          <w:tcPr>
            <w:tcW w:w="5760" w:type="dxa"/>
          </w:tcPr>
          <w:p w14:paraId="0945F09A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Someone who comes up with ideas and improvements while working in an organisation</w:t>
            </w:r>
          </w:p>
        </w:tc>
      </w:tr>
      <w:tr w:rsidR="008B2112" w:rsidRPr="00577C6D" w14:paraId="613622DC" w14:textId="77777777" w:rsidTr="230005E2">
        <w:tc>
          <w:tcPr>
            <w:tcW w:w="2880" w:type="dxa"/>
          </w:tcPr>
          <w:p w14:paraId="40ABE753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Intrapreneurship</w:t>
            </w:r>
          </w:p>
        </w:tc>
        <w:tc>
          <w:tcPr>
            <w:tcW w:w="5760" w:type="dxa"/>
          </w:tcPr>
          <w:p w14:paraId="2EDFDCC4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Improving things from within an organisation</w:t>
            </w:r>
          </w:p>
        </w:tc>
      </w:tr>
      <w:tr w:rsidR="008B2112" w:rsidRPr="00577C6D" w14:paraId="6B1EC3FF" w14:textId="77777777" w:rsidTr="230005E2">
        <w:tc>
          <w:tcPr>
            <w:tcW w:w="2880" w:type="dxa"/>
          </w:tcPr>
          <w:p w14:paraId="45ACC5A5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Leadership</w:t>
            </w:r>
          </w:p>
        </w:tc>
        <w:tc>
          <w:tcPr>
            <w:tcW w:w="5760" w:type="dxa"/>
          </w:tcPr>
          <w:p w14:paraId="517C835C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Helping a group work towards a goal</w:t>
            </w:r>
          </w:p>
        </w:tc>
      </w:tr>
      <w:tr w:rsidR="008B2112" w:rsidRPr="00577C6D" w14:paraId="5C81516C" w14:textId="77777777" w:rsidTr="230005E2">
        <w:tc>
          <w:tcPr>
            <w:tcW w:w="2880" w:type="dxa"/>
          </w:tcPr>
          <w:p w14:paraId="1CBB6832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Market Research</w:t>
            </w:r>
          </w:p>
        </w:tc>
        <w:tc>
          <w:tcPr>
            <w:tcW w:w="5760" w:type="dxa"/>
          </w:tcPr>
          <w:p w14:paraId="1671AF39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Asking questions and gathering information before making decisions</w:t>
            </w:r>
          </w:p>
        </w:tc>
      </w:tr>
      <w:tr w:rsidR="008B2112" w:rsidRPr="00577C6D" w14:paraId="6600A4DF" w14:textId="77777777" w:rsidTr="230005E2">
        <w:tc>
          <w:tcPr>
            <w:tcW w:w="2880" w:type="dxa"/>
          </w:tcPr>
          <w:p w14:paraId="59E83CAD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lastRenderedPageBreak/>
              <w:t>Meta-Skills</w:t>
            </w:r>
          </w:p>
        </w:tc>
        <w:tc>
          <w:tcPr>
            <w:tcW w:w="5760" w:type="dxa"/>
          </w:tcPr>
          <w:p w14:paraId="30F3D223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Skills for life, learning and work</w:t>
            </w:r>
          </w:p>
        </w:tc>
      </w:tr>
      <w:tr w:rsidR="008B2112" w:rsidRPr="00577C6D" w14:paraId="46E2A66C" w14:textId="77777777" w:rsidTr="230005E2">
        <w:tc>
          <w:tcPr>
            <w:tcW w:w="2880" w:type="dxa"/>
          </w:tcPr>
          <w:p w14:paraId="0313F770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Networking</w:t>
            </w:r>
          </w:p>
        </w:tc>
        <w:tc>
          <w:tcPr>
            <w:tcW w:w="5760" w:type="dxa"/>
          </w:tcPr>
          <w:p w14:paraId="67F25995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Getting to know people who can support, inspire or help you</w:t>
            </w:r>
          </w:p>
        </w:tc>
      </w:tr>
      <w:tr w:rsidR="008B2112" w:rsidRPr="00577C6D" w14:paraId="2EBD850E" w14:textId="77777777" w:rsidTr="230005E2">
        <w:tc>
          <w:tcPr>
            <w:tcW w:w="2880" w:type="dxa"/>
          </w:tcPr>
          <w:p w14:paraId="7E043E9B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Opportunity</w:t>
            </w:r>
          </w:p>
        </w:tc>
        <w:tc>
          <w:tcPr>
            <w:tcW w:w="5760" w:type="dxa"/>
          </w:tcPr>
          <w:p w14:paraId="21F5993B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A chance to do, create or improve something</w:t>
            </w:r>
          </w:p>
        </w:tc>
      </w:tr>
      <w:tr w:rsidR="008B2112" w:rsidRPr="00577C6D" w14:paraId="0B8EA949" w14:textId="77777777" w:rsidTr="230005E2">
        <w:tc>
          <w:tcPr>
            <w:tcW w:w="2880" w:type="dxa"/>
          </w:tcPr>
          <w:p w14:paraId="36ECE289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Opportunity Recognition</w:t>
            </w:r>
          </w:p>
        </w:tc>
        <w:tc>
          <w:tcPr>
            <w:tcW w:w="5760" w:type="dxa"/>
          </w:tcPr>
          <w:p w14:paraId="4871ED7E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Spotting possibilities that others might miss</w:t>
            </w:r>
          </w:p>
        </w:tc>
      </w:tr>
      <w:tr w:rsidR="008B2112" w:rsidRPr="00577C6D" w14:paraId="170BFBF7" w14:textId="77777777" w:rsidTr="230005E2">
        <w:tc>
          <w:tcPr>
            <w:tcW w:w="2880" w:type="dxa"/>
          </w:tcPr>
          <w:p w14:paraId="318949B2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Personal Brand</w:t>
            </w:r>
          </w:p>
        </w:tc>
        <w:tc>
          <w:tcPr>
            <w:tcW w:w="5760" w:type="dxa"/>
          </w:tcPr>
          <w:p w14:paraId="58EB2636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The impression you leave on other people</w:t>
            </w:r>
          </w:p>
        </w:tc>
      </w:tr>
      <w:tr w:rsidR="008B2112" w:rsidRPr="00577C6D" w14:paraId="4110FB3C" w14:textId="77777777" w:rsidTr="230005E2">
        <w:tc>
          <w:tcPr>
            <w:tcW w:w="2880" w:type="dxa"/>
          </w:tcPr>
          <w:p w14:paraId="0FBADC95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Pitching</w:t>
            </w:r>
          </w:p>
        </w:tc>
        <w:tc>
          <w:tcPr>
            <w:tcW w:w="5760" w:type="dxa"/>
          </w:tcPr>
          <w:p w14:paraId="126F62B4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Sharing an idea with confidence</w:t>
            </w:r>
          </w:p>
        </w:tc>
      </w:tr>
      <w:tr w:rsidR="008B2112" w:rsidRPr="00577C6D" w14:paraId="078BB814" w14:textId="77777777" w:rsidTr="230005E2">
        <w:tc>
          <w:tcPr>
            <w:tcW w:w="2880" w:type="dxa"/>
          </w:tcPr>
          <w:p w14:paraId="3912E7FF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Problem Solving</w:t>
            </w:r>
          </w:p>
        </w:tc>
        <w:tc>
          <w:tcPr>
            <w:tcW w:w="5760" w:type="dxa"/>
          </w:tcPr>
          <w:p w14:paraId="743B0302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Finding solutions when challenges arise</w:t>
            </w:r>
          </w:p>
        </w:tc>
      </w:tr>
      <w:tr w:rsidR="008B2112" w:rsidRPr="00577C6D" w14:paraId="63F35795" w14:textId="77777777" w:rsidTr="230005E2">
        <w:tc>
          <w:tcPr>
            <w:tcW w:w="2880" w:type="dxa"/>
          </w:tcPr>
          <w:p w14:paraId="1701FC3A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Reflection</w:t>
            </w:r>
          </w:p>
        </w:tc>
        <w:tc>
          <w:tcPr>
            <w:tcW w:w="5760" w:type="dxa"/>
          </w:tcPr>
          <w:p w14:paraId="74B12064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Learning from your experiences</w:t>
            </w:r>
          </w:p>
        </w:tc>
      </w:tr>
      <w:tr w:rsidR="008B2112" w:rsidRPr="00577C6D" w14:paraId="2E6C4985" w14:textId="77777777" w:rsidTr="230005E2">
        <w:tc>
          <w:tcPr>
            <w:tcW w:w="2880" w:type="dxa"/>
          </w:tcPr>
          <w:p w14:paraId="52E0BB05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Resilience</w:t>
            </w:r>
          </w:p>
        </w:tc>
        <w:tc>
          <w:tcPr>
            <w:tcW w:w="5760" w:type="dxa"/>
          </w:tcPr>
          <w:p w14:paraId="09B00276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Bouncing back when things do not go to plan</w:t>
            </w:r>
          </w:p>
        </w:tc>
      </w:tr>
      <w:tr w:rsidR="008B2112" w:rsidRPr="00577C6D" w14:paraId="240CDB35" w14:textId="77777777" w:rsidTr="230005E2">
        <w:tc>
          <w:tcPr>
            <w:tcW w:w="2880" w:type="dxa"/>
          </w:tcPr>
          <w:p w14:paraId="64FE2346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Resourcefulness</w:t>
            </w:r>
          </w:p>
        </w:tc>
        <w:tc>
          <w:tcPr>
            <w:tcW w:w="5760" w:type="dxa"/>
          </w:tcPr>
          <w:p w14:paraId="52123E4D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Finding a way, even when resources are limited</w:t>
            </w:r>
          </w:p>
        </w:tc>
      </w:tr>
      <w:tr w:rsidR="008B2112" w:rsidRPr="00577C6D" w14:paraId="3515CAB5" w14:textId="77777777" w:rsidTr="230005E2">
        <w:tc>
          <w:tcPr>
            <w:tcW w:w="2880" w:type="dxa"/>
          </w:tcPr>
          <w:p w14:paraId="0B436CD8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Risk</w:t>
            </w:r>
          </w:p>
        </w:tc>
        <w:tc>
          <w:tcPr>
            <w:tcW w:w="5760" w:type="dxa"/>
          </w:tcPr>
          <w:p w14:paraId="54EAD790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Trying something when you do not know exactly how it will turn out</w:t>
            </w:r>
          </w:p>
        </w:tc>
      </w:tr>
      <w:tr w:rsidR="008B2112" w:rsidRPr="00577C6D" w14:paraId="473D3F58" w14:textId="77777777" w:rsidTr="230005E2">
        <w:tc>
          <w:tcPr>
            <w:tcW w:w="2880" w:type="dxa"/>
          </w:tcPr>
          <w:p w14:paraId="1F45509D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Risk Taking</w:t>
            </w:r>
          </w:p>
        </w:tc>
        <w:tc>
          <w:tcPr>
            <w:tcW w:w="5760" w:type="dxa"/>
          </w:tcPr>
          <w:p w14:paraId="3899184E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Having the confidence to try something new or different</w:t>
            </w:r>
          </w:p>
        </w:tc>
      </w:tr>
      <w:tr w:rsidR="008B2112" w:rsidRPr="00577C6D" w14:paraId="62856682" w14:textId="77777777" w:rsidTr="230005E2">
        <w:tc>
          <w:tcPr>
            <w:tcW w:w="2880" w:type="dxa"/>
          </w:tcPr>
          <w:p w14:paraId="53288C48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Self-Awareness</w:t>
            </w:r>
          </w:p>
        </w:tc>
        <w:tc>
          <w:tcPr>
            <w:tcW w:w="5760" w:type="dxa"/>
          </w:tcPr>
          <w:p w14:paraId="27B283AE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Knowing your strengths, interests and areas for development</w:t>
            </w:r>
          </w:p>
        </w:tc>
      </w:tr>
      <w:tr w:rsidR="008B2112" w:rsidRPr="00577C6D" w14:paraId="4B1A2835" w14:textId="77777777" w:rsidTr="230005E2">
        <w:tc>
          <w:tcPr>
            <w:tcW w:w="2880" w:type="dxa"/>
          </w:tcPr>
          <w:p w14:paraId="3455395F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Self-Belief</w:t>
            </w:r>
          </w:p>
        </w:tc>
        <w:tc>
          <w:tcPr>
            <w:tcW w:w="5760" w:type="dxa"/>
          </w:tcPr>
          <w:p w14:paraId="15B0793E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proofErr w:type="gramStart"/>
            <w:r w:rsidRPr="00577C6D">
              <w:rPr>
                <w:rFonts w:ascii="Aptos" w:eastAsia="Aptos" w:hAnsi="Aptos" w:cs="Aptos"/>
                <w:sz w:val="24"/>
                <w:szCs w:val="24"/>
              </w:rPr>
              <w:t>Trusting yourself</w:t>
            </w:r>
            <w:proofErr w:type="gramEnd"/>
            <w:r w:rsidRPr="00577C6D">
              <w:rPr>
                <w:rFonts w:ascii="Aptos" w:eastAsia="Aptos" w:hAnsi="Aptos" w:cs="Aptos"/>
                <w:sz w:val="24"/>
                <w:szCs w:val="24"/>
              </w:rPr>
              <w:t xml:space="preserve"> to have a go</w:t>
            </w:r>
          </w:p>
        </w:tc>
      </w:tr>
      <w:tr w:rsidR="008B2112" w:rsidRPr="00577C6D" w14:paraId="18B701E9" w14:textId="77777777" w:rsidTr="230005E2">
        <w:tc>
          <w:tcPr>
            <w:tcW w:w="2880" w:type="dxa"/>
          </w:tcPr>
          <w:p w14:paraId="2275A896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Social Enterprise</w:t>
            </w:r>
          </w:p>
        </w:tc>
        <w:tc>
          <w:tcPr>
            <w:tcW w:w="5760" w:type="dxa"/>
          </w:tcPr>
          <w:p w14:paraId="0DB1D527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Making a difference while generating income</w:t>
            </w:r>
          </w:p>
        </w:tc>
      </w:tr>
      <w:tr w:rsidR="008B2112" w:rsidRPr="00577C6D" w14:paraId="09DE0A99" w14:textId="77777777" w:rsidTr="230005E2">
        <w:tc>
          <w:tcPr>
            <w:tcW w:w="2880" w:type="dxa"/>
          </w:tcPr>
          <w:p w14:paraId="6088B9D5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Sustainability</w:t>
            </w:r>
          </w:p>
        </w:tc>
        <w:tc>
          <w:tcPr>
            <w:tcW w:w="5760" w:type="dxa"/>
          </w:tcPr>
          <w:p w14:paraId="0C08D7CE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Creating something that lasts</w:t>
            </w:r>
          </w:p>
        </w:tc>
      </w:tr>
      <w:tr w:rsidR="008B2112" w:rsidRPr="00577C6D" w14:paraId="2296F410" w14:textId="77777777" w:rsidTr="230005E2">
        <w:tc>
          <w:tcPr>
            <w:tcW w:w="2880" w:type="dxa"/>
          </w:tcPr>
          <w:p w14:paraId="551B5B57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Teamwork</w:t>
            </w:r>
          </w:p>
        </w:tc>
        <w:tc>
          <w:tcPr>
            <w:tcW w:w="5760" w:type="dxa"/>
          </w:tcPr>
          <w:p w14:paraId="2D929E15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Working with others towards a shared goal</w:t>
            </w:r>
          </w:p>
        </w:tc>
      </w:tr>
      <w:tr w:rsidR="008B2112" w:rsidRPr="00577C6D" w14:paraId="71142A3C" w14:textId="77777777" w:rsidTr="230005E2">
        <w:tc>
          <w:tcPr>
            <w:tcW w:w="2880" w:type="dxa"/>
          </w:tcPr>
          <w:p w14:paraId="6A039D4F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AI Literacy</w:t>
            </w:r>
          </w:p>
        </w:tc>
        <w:tc>
          <w:tcPr>
            <w:tcW w:w="5760" w:type="dxa"/>
          </w:tcPr>
          <w:p w14:paraId="0BFAF03F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Understanding how to use AI responsibly and effectively</w:t>
            </w:r>
          </w:p>
        </w:tc>
      </w:tr>
      <w:tr w:rsidR="008B2112" w:rsidRPr="00577C6D" w14:paraId="52EFC9E9" w14:textId="77777777" w:rsidTr="230005E2">
        <w:tc>
          <w:tcPr>
            <w:tcW w:w="2880" w:type="dxa"/>
          </w:tcPr>
          <w:p w14:paraId="2A4A293E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Value Creation</w:t>
            </w:r>
          </w:p>
        </w:tc>
        <w:tc>
          <w:tcPr>
            <w:tcW w:w="5760" w:type="dxa"/>
          </w:tcPr>
          <w:p w14:paraId="20550C0B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Creating something that people need, use or benefit from</w:t>
            </w:r>
          </w:p>
        </w:tc>
      </w:tr>
      <w:tr w:rsidR="008B2112" w:rsidRPr="00577C6D" w14:paraId="2E892964" w14:textId="77777777" w:rsidTr="230005E2">
        <w:tc>
          <w:tcPr>
            <w:tcW w:w="2880" w:type="dxa"/>
          </w:tcPr>
          <w:p w14:paraId="11B5A91B" w14:textId="77777777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Venture</w:t>
            </w:r>
          </w:p>
        </w:tc>
        <w:tc>
          <w:tcPr>
            <w:tcW w:w="5760" w:type="dxa"/>
          </w:tcPr>
          <w:p w14:paraId="7EA8C6A5" w14:textId="7A164A3E" w:rsidR="008B2112" w:rsidRPr="00577C6D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577C6D">
              <w:rPr>
                <w:rFonts w:ascii="Aptos" w:eastAsia="Aptos" w:hAnsi="Aptos" w:cs="Aptos"/>
                <w:sz w:val="24"/>
                <w:szCs w:val="24"/>
              </w:rPr>
              <w:t>A project or idea you are developing</w:t>
            </w:r>
          </w:p>
        </w:tc>
      </w:tr>
    </w:tbl>
    <w:p w14:paraId="2C913716" w14:textId="50A55458" w:rsidR="230005E2" w:rsidRDefault="230005E2" w:rsidP="230005E2"/>
    <w:p w14:paraId="545954F4" w14:textId="476C5120" w:rsidR="008B2112" w:rsidRDefault="230005E2" w:rsidP="230005E2">
      <w:pPr>
        <w:rPr>
          <w:rFonts w:ascii="Aptos" w:eastAsia="Aptos" w:hAnsi="Aptos" w:cs="Aptos"/>
          <w:b/>
          <w:bCs/>
          <w:sz w:val="24"/>
          <w:szCs w:val="24"/>
        </w:rPr>
      </w:pPr>
      <w:r w:rsidRPr="230005E2">
        <w:rPr>
          <w:rFonts w:ascii="Aptos" w:eastAsia="Aptos" w:hAnsi="Aptos" w:cs="Aptos"/>
          <w:b/>
          <w:bCs/>
          <w:sz w:val="24"/>
          <w:szCs w:val="24"/>
        </w:rPr>
        <w:t>Understanding the Difference</w:t>
      </w:r>
    </w:p>
    <w:tbl>
      <w:tblPr>
        <w:tblStyle w:val="TableGrid"/>
        <w:tblW w:w="8640" w:type="dxa"/>
        <w:tblLook w:val="04A0" w:firstRow="1" w:lastRow="0" w:firstColumn="1" w:lastColumn="0" w:noHBand="0" w:noVBand="1"/>
      </w:tblPr>
      <w:tblGrid>
        <w:gridCol w:w="2265"/>
        <w:gridCol w:w="6375"/>
      </w:tblGrid>
      <w:tr w:rsidR="008B2112" w14:paraId="3B50CBE3" w14:textId="77777777" w:rsidTr="230005E2">
        <w:tc>
          <w:tcPr>
            <w:tcW w:w="2265" w:type="dxa"/>
          </w:tcPr>
          <w:p w14:paraId="0CEB4B25" w14:textId="77777777" w:rsidR="008B2112" w:rsidRDefault="230005E2" w:rsidP="230005E2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 w:rsidRPr="230005E2">
              <w:rPr>
                <w:rFonts w:ascii="Aptos" w:eastAsia="Aptos" w:hAnsi="Aptos" w:cs="Aptos"/>
                <w:b/>
                <w:bCs/>
                <w:sz w:val="24"/>
                <w:szCs w:val="24"/>
              </w:rPr>
              <w:t>Term</w:t>
            </w:r>
          </w:p>
        </w:tc>
        <w:tc>
          <w:tcPr>
            <w:tcW w:w="6375" w:type="dxa"/>
          </w:tcPr>
          <w:p w14:paraId="7064AAA2" w14:textId="77777777" w:rsidR="008B2112" w:rsidRDefault="230005E2" w:rsidP="230005E2">
            <w:pPr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 w:rsidRPr="230005E2">
              <w:rPr>
                <w:rFonts w:ascii="Aptos" w:eastAsia="Aptos" w:hAnsi="Aptos" w:cs="Aptos"/>
                <w:b/>
                <w:bCs/>
                <w:sz w:val="24"/>
                <w:szCs w:val="24"/>
              </w:rPr>
              <w:t>Simple Explanation</w:t>
            </w:r>
          </w:p>
        </w:tc>
      </w:tr>
      <w:tr w:rsidR="008B2112" w14:paraId="1A0076B7" w14:textId="77777777" w:rsidTr="230005E2">
        <w:tc>
          <w:tcPr>
            <w:tcW w:w="2265" w:type="dxa"/>
          </w:tcPr>
          <w:p w14:paraId="3443EE04" w14:textId="77777777" w:rsidR="008B2112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230005E2">
              <w:rPr>
                <w:rFonts w:ascii="Aptos" w:eastAsia="Aptos" w:hAnsi="Aptos" w:cs="Aptos"/>
                <w:sz w:val="24"/>
                <w:szCs w:val="24"/>
              </w:rPr>
              <w:t>Enterprise</w:t>
            </w:r>
          </w:p>
        </w:tc>
        <w:tc>
          <w:tcPr>
            <w:tcW w:w="6375" w:type="dxa"/>
          </w:tcPr>
          <w:p w14:paraId="4026FF55" w14:textId="77777777" w:rsidR="008B2112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230005E2">
              <w:rPr>
                <w:rFonts w:ascii="Aptos" w:eastAsia="Aptos" w:hAnsi="Aptos" w:cs="Aptos"/>
                <w:sz w:val="24"/>
                <w:szCs w:val="24"/>
              </w:rPr>
              <w:t>Taking an idea and doing something with it. Enterprise can happen in college, work, communities, clubs, charities or businesses.</w:t>
            </w:r>
          </w:p>
        </w:tc>
      </w:tr>
      <w:tr w:rsidR="008B2112" w14:paraId="2A20FCD0" w14:textId="77777777" w:rsidTr="230005E2">
        <w:tc>
          <w:tcPr>
            <w:tcW w:w="2265" w:type="dxa"/>
          </w:tcPr>
          <w:p w14:paraId="20103669" w14:textId="77777777" w:rsidR="008B2112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230005E2">
              <w:rPr>
                <w:rFonts w:ascii="Aptos" w:eastAsia="Aptos" w:hAnsi="Aptos" w:cs="Aptos"/>
                <w:sz w:val="24"/>
                <w:szCs w:val="24"/>
              </w:rPr>
              <w:t>Entrepreneurship</w:t>
            </w:r>
          </w:p>
        </w:tc>
        <w:tc>
          <w:tcPr>
            <w:tcW w:w="6375" w:type="dxa"/>
          </w:tcPr>
          <w:p w14:paraId="765E37B0" w14:textId="77777777" w:rsidR="008B2112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230005E2">
              <w:rPr>
                <w:rFonts w:ascii="Aptos" w:eastAsia="Aptos" w:hAnsi="Aptos" w:cs="Aptos"/>
                <w:sz w:val="24"/>
                <w:szCs w:val="24"/>
              </w:rPr>
              <w:t>Creating and growing your own project, business or opportunity.</w:t>
            </w:r>
          </w:p>
        </w:tc>
      </w:tr>
      <w:tr w:rsidR="008B2112" w14:paraId="671BB6A3" w14:textId="77777777" w:rsidTr="230005E2">
        <w:tc>
          <w:tcPr>
            <w:tcW w:w="2265" w:type="dxa"/>
          </w:tcPr>
          <w:p w14:paraId="509C7223" w14:textId="77777777" w:rsidR="008B2112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230005E2">
              <w:rPr>
                <w:rFonts w:ascii="Aptos" w:eastAsia="Aptos" w:hAnsi="Aptos" w:cs="Aptos"/>
                <w:sz w:val="24"/>
                <w:szCs w:val="24"/>
              </w:rPr>
              <w:t>Intrapreneurship</w:t>
            </w:r>
          </w:p>
        </w:tc>
        <w:tc>
          <w:tcPr>
            <w:tcW w:w="6375" w:type="dxa"/>
          </w:tcPr>
          <w:p w14:paraId="42FF28DA" w14:textId="77777777" w:rsidR="008B2112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230005E2">
              <w:rPr>
                <w:rFonts w:ascii="Aptos" w:eastAsia="Aptos" w:hAnsi="Aptos" w:cs="Aptos"/>
                <w:sz w:val="24"/>
                <w:szCs w:val="24"/>
              </w:rPr>
              <w:t>Coming up with ideas and improvements while working within an organisation.</w:t>
            </w:r>
          </w:p>
        </w:tc>
      </w:tr>
      <w:tr w:rsidR="008B2112" w14:paraId="22B5A4F2" w14:textId="77777777" w:rsidTr="230005E2">
        <w:tc>
          <w:tcPr>
            <w:tcW w:w="2265" w:type="dxa"/>
          </w:tcPr>
          <w:p w14:paraId="685808F3" w14:textId="77777777" w:rsidR="008B2112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230005E2">
              <w:rPr>
                <w:rFonts w:ascii="Aptos" w:eastAsia="Aptos" w:hAnsi="Aptos" w:cs="Aptos"/>
                <w:sz w:val="24"/>
                <w:szCs w:val="24"/>
              </w:rPr>
              <w:t>Entrepreneur</w:t>
            </w:r>
          </w:p>
        </w:tc>
        <w:tc>
          <w:tcPr>
            <w:tcW w:w="6375" w:type="dxa"/>
          </w:tcPr>
          <w:p w14:paraId="1E7FE2C4" w14:textId="77777777" w:rsidR="008B2112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230005E2">
              <w:rPr>
                <w:rFonts w:ascii="Aptos" w:eastAsia="Aptos" w:hAnsi="Aptos" w:cs="Aptos"/>
                <w:sz w:val="24"/>
                <w:szCs w:val="24"/>
              </w:rPr>
              <w:t>Works on their own project, business or opportunity.</w:t>
            </w:r>
          </w:p>
        </w:tc>
      </w:tr>
      <w:tr w:rsidR="008B2112" w14:paraId="3B09990C" w14:textId="77777777" w:rsidTr="230005E2">
        <w:tc>
          <w:tcPr>
            <w:tcW w:w="2265" w:type="dxa"/>
          </w:tcPr>
          <w:p w14:paraId="1DAFCF70" w14:textId="77777777" w:rsidR="008B2112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230005E2">
              <w:rPr>
                <w:rFonts w:ascii="Aptos" w:eastAsia="Aptos" w:hAnsi="Aptos" w:cs="Aptos"/>
                <w:sz w:val="24"/>
                <w:szCs w:val="24"/>
              </w:rPr>
              <w:t>Intrapreneur</w:t>
            </w:r>
          </w:p>
        </w:tc>
        <w:tc>
          <w:tcPr>
            <w:tcW w:w="6375" w:type="dxa"/>
          </w:tcPr>
          <w:p w14:paraId="7A05DE56" w14:textId="77777777" w:rsidR="008B2112" w:rsidRDefault="230005E2" w:rsidP="230005E2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230005E2">
              <w:rPr>
                <w:rFonts w:ascii="Aptos" w:eastAsia="Aptos" w:hAnsi="Aptos" w:cs="Aptos"/>
                <w:sz w:val="24"/>
                <w:szCs w:val="24"/>
              </w:rPr>
              <w:t xml:space="preserve">Helps improve </w:t>
            </w:r>
            <w:proofErr w:type="gramStart"/>
            <w:r w:rsidRPr="230005E2">
              <w:rPr>
                <w:rFonts w:ascii="Aptos" w:eastAsia="Aptos" w:hAnsi="Aptos" w:cs="Aptos"/>
                <w:sz w:val="24"/>
                <w:szCs w:val="24"/>
              </w:rPr>
              <w:t>things from</w:t>
            </w:r>
            <w:proofErr w:type="gramEnd"/>
            <w:r w:rsidRPr="230005E2">
              <w:rPr>
                <w:rFonts w:ascii="Aptos" w:eastAsia="Aptos" w:hAnsi="Aptos" w:cs="Aptos"/>
                <w:sz w:val="24"/>
                <w:szCs w:val="24"/>
              </w:rPr>
              <w:t xml:space="preserve"> within an organisation.</w:t>
            </w:r>
          </w:p>
        </w:tc>
      </w:tr>
    </w:tbl>
    <w:p w14:paraId="7307498C" w14:textId="77777777" w:rsidR="00881444" w:rsidRDefault="00881444"/>
    <w:sectPr w:rsidR="00881444" w:rsidSect="00034616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6A50D" w14:textId="77777777" w:rsidR="00881444" w:rsidRDefault="00881444" w:rsidP="00577C6D">
      <w:pPr>
        <w:spacing w:after="0" w:line="240" w:lineRule="auto"/>
      </w:pPr>
      <w:r>
        <w:separator/>
      </w:r>
    </w:p>
  </w:endnote>
  <w:endnote w:type="continuationSeparator" w:id="0">
    <w:p w14:paraId="6739E897" w14:textId="77777777" w:rsidR="00881444" w:rsidRDefault="00881444" w:rsidP="00577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5029950"/>
      <w:docPartObj>
        <w:docPartGallery w:val="Page Numbers (Bottom of Page)"/>
        <w:docPartUnique/>
      </w:docPartObj>
    </w:sdtPr>
    <w:sdtEndPr/>
    <w:sdtContent>
      <w:p w14:paraId="69724420" w14:textId="42791EA1" w:rsidR="00577C6D" w:rsidRDefault="00577C6D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0884A12E" w14:textId="77777777" w:rsidR="00577C6D" w:rsidRDefault="00577C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8DE34" w14:textId="77777777" w:rsidR="00881444" w:rsidRDefault="00881444" w:rsidP="00577C6D">
      <w:pPr>
        <w:spacing w:after="0" w:line="240" w:lineRule="auto"/>
      </w:pPr>
      <w:r>
        <w:separator/>
      </w:r>
    </w:p>
  </w:footnote>
  <w:footnote w:type="continuationSeparator" w:id="0">
    <w:p w14:paraId="44702669" w14:textId="77777777" w:rsidR="00881444" w:rsidRDefault="00881444" w:rsidP="00577C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108894">
    <w:abstractNumId w:val="8"/>
  </w:num>
  <w:num w:numId="2" w16cid:durableId="1107893759">
    <w:abstractNumId w:val="6"/>
  </w:num>
  <w:num w:numId="3" w16cid:durableId="1115905908">
    <w:abstractNumId w:val="5"/>
  </w:num>
  <w:num w:numId="4" w16cid:durableId="553738608">
    <w:abstractNumId w:val="4"/>
  </w:num>
  <w:num w:numId="5" w16cid:durableId="1934436642">
    <w:abstractNumId w:val="7"/>
  </w:num>
  <w:num w:numId="6" w16cid:durableId="377245401">
    <w:abstractNumId w:val="3"/>
  </w:num>
  <w:num w:numId="7" w16cid:durableId="2082168003">
    <w:abstractNumId w:val="2"/>
  </w:num>
  <w:num w:numId="8" w16cid:durableId="2066947693">
    <w:abstractNumId w:val="1"/>
  </w:num>
  <w:num w:numId="9" w16cid:durableId="129250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4DB1"/>
    <w:rsid w:val="00034616"/>
    <w:rsid w:val="0006063C"/>
    <w:rsid w:val="0015074B"/>
    <w:rsid w:val="0029639D"/>
    <w:rsid w:val="00326F90"/>
    <w:rsid w:val="00382F49"/>
    <w:rsid w:val="00577C6D"/>
    <w:rsid w:val="007C2B25"/>
    <w:rsid w:val="00881444"/>
    <w:rsid w:val="008B2112"/>
    <w:rsid w:val="00A20C28"/>
    <w:rsid w:val="00AA1D8D"/>
    <w:rsid w:val="00B47730"/>
    <w:rsid w:val="00CB0664"/>
    <w:rsid w:val="00FC693F"/>
    <w:rsid w:val="06AE9DD7"/>
    <w:rsid w:val="1CE4F5A9"/>
    <w:rsid w:val="214EC4E4"/>
    <w:rsid w:val="219DC62F"/>
    <w:rsid w:val="230005E2"/>
    <w:rsid w:val="37C7D375"/>
    <w:rsid w:val="6A47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A218D36F-6957-40BA-BB0A-813C8EEED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545</Words>
  <Characters>3107</Characters>
  <Application>Microsoft Office Word</Application>
  <DocSecurity>0</DocSecurity>
  <Lines>25</Lines>
  <Paragraphs>7</Paragraphs>
  <ScaleCrop>false</ScaleCrop>
  <Manager/>
  <Company/>
  <LinksUpToDate>false</LinksUpToDate>
  <CharactersWithSpaces>3645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Breckenridge</dc:creator>
  <cp:keywords/>
  <dc:description>generated by python-docx</dc:description>
  <cp:lastModifiedBy>Shelley Breckenridge</cp:lastModifiedBy>
  <cp:revision>5</cp:revision>
  <dcterms:created xsi:type="dcterms:W3CDTF">2026-08-17T14:42:00Z</dcterms:created>
  <dcterms:modified xsi:type="dcterms:W3CDTF">2026-08-24T20:42:00Z</dcterms:modified>
  <cp:category/>
</cp:coreProperties>
</file>